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rPr>
          <w:b/>
          <w:color w:val="D94E1F"/>
          <w:sz w:val="22"/>
          <w:rtl/>
          <w:szCs w:val="22"/>
          <w:bCs/>
        </w:rPr>
        <w:t>حدّاد استديو</w:t>
      </w:r>
    </w:p>
    <w:p>
      <w:pPr>
        <w:bidi/>
        <w:spacing w:after="40" w:before="0"/>
        <w:jc w:val="right"/>
      </w:pPr>
      <w:r>
        <w:rPr>
          <w:b/>
          <w:color w:val="1E6B55"/>
          <w:sz w:val="52"/>
          <w:rtl/>
          <w:szCs w:val="52"/>
          <w:bCs/>
        </w:rPr>
        <w:t>كيف تكتب نصك الفني</w:t>
      </w:r>
    </w:p>
    <w:p>
      <w:pPr>
        <w:bidi/>
        <w:spacing w:after="280" w:before="0"/>
        <w:jc w:val="right"/>
      </w:pPr>
      <w:r>
        <w:rPr>
          <w:b w:val="0"/>
          <w:color w:val="6A706C"/>
          <w:sz w:val="28"/>
          <w:rtl/>
          <w:szCs w:val="28"/>
        </w:rPr>
        <w:t>أسئلة الأداة</w:t>
      </w:r>
    </w:p>
    <w:p>
      <w:pPr>
        <w:bidi/>
        <w:spacing w:after="60" w:before="0"/>
        <w:jc w:val="right"/>
      </w:pPr>
      <w:r>
        <w:rPr>
          <w:b w:val="0"/>
          <w:color w:val="262E2A"/>
          <w:sz w:val="22"/>
          <w:rtl/>
          <w:szCs w:val="22"/>
        </w:rPr>
        <w:t>• أجب تحت كل سؤال بحرية، حتى لو بدت الإجابة غير رسمية. الإجابة الأولى غالبًا هي الأصدق.</w:t>
      </w:r>
    </w:p>
    <w:p>
      <w:pPr>
        <w:bidi/>
        <w:spacing w:after="60" w:before="0"/>
        <w:jc w:val="right"/>
      </w:pPr>
      <w:r>
        <w:rPr>
          <w:b w:val="0"/>
          <w:color w:val="262E2A"/>
          <w:sz w:val="22"/>
          <w:rtl/>
          <w:szCs w:val="22"/>
        </w:rPr>
        <w:t>• يمكنك الكتابة بالعربية أو الإنجليزية، أو تفريغ تسجيل صوتي.</w:t>
      </w:r>
    </w:p>
    <w:p>
      <w:pPr>
        <w:bidi/>
        <w:spacing w:after="60" w:before="0"/>
        <w:jc w:val="right"/>
      </w:pPr>
      <w:r>
        <w:rPr>
          <w:b w:val="0"/>
          <w:color w:val="262E2A"/>
          <w:sz w:val="22"/>
          <w:rtl/>
          <w:szCs w:val="22"/>
        </w:rPr>
        <w:t>• لا تحذف إجابة تبدو صغيرة، وإن لم يكن لديك جواب لسؤال فاكتب «لا يوجد بعد».</w:t>
      </w:r>
    </w:p>
    <w:p>
      <w:pPr>
        <w:bidi/>
        <w:spacing w:after="60" w:before="0"/>
        <w:jc w:val="right"/>
      </w:pPr>
      <w:r>
        <w:rPr>
          <w:b w:val="0"/>
          <w:color w:val="262E2A"/>
          <w:sz w:val="22"/>
          <w:rtl/>
          <w:szCs w:val="22"/>
        </w:rPr>
        <w:t>• عند الانتهاء، ارفع الملف في صفحة الأداة: haddadstudio.com/artist-statement</w:t>
      </w:r>
    </w:p>
    <w:p>
      <w:pPr>
        <w:bidi/>
        <w:spacing w:after="160" w:before="440"/>
        <w:jc w:val="right"/>
      </w:pPr>
      <w:r>
        <w:rPr>
          <w:b/>
          <w:color w:val="1E6B55"/>
          <w:sz w:val="36"/>
          <w:rtl/>
          <w:szCs w:val="36"/>
          <w:bCs/>
        </w:rPr>
        <w:t>عنك</w:t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١. اسمك الكامل كما تريده في سيرتك، ومجالك الأساسي.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160" w:before="440"/>
        <w:jc w:val="right"/>
      </w:pPr>
      <w:r>
        <w:rPr>
          <w:b/>
          <w:color w:val="1E6B55"/>
          <w:sz w:val="36"/>
          <w:rtl/>
          <w:szCs w:val="36"/>
          <w:bCs/>
        </w:rPr>
        <w:t>اعرف نفسك</w:t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٢. ما الذي لا يعجبك؟ الأشياء التي تنفر منها في الفن أو في الحياة: المواد، والأساليب، والمواضيع، والتجارب.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٣. ما الذي يعجبك؟ ما يجذبك في الفن والطبيعة والناس والمواد واللحظات.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٤. لو عرّفت نفسك بكلمة أو جملة واحدة، فماذا تقول؟ قد تكون الكلمة «باحث» أو «مراقب» أو «محوّل» أو «حافظ».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٥. صف عملك لشخص لم يره قط: كيف يبدو، وكيف يُشعِر، وما الذي يحدث فيه؟ يمكنك وصف إحساس بدل الشكل.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٦. أنت كمجاز: لو كنت ظاهرة طبيعية أو أداة أو مكانًا، فماذا تكون؟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٧. أين وُلدت أو نشأت، وماذا حملت معك من ذلك المكان إلى عملك؟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٨. ما قصتك؟ لحظة أو تجربة أو مرحلة شكّلتك كممارس. شيء واحد يكفي.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٩. ماذا درست أكاديميًا، وكيف أثّر ذلك في طريقتك في الرؤية أو التفكير أو الصنع؟ إن لم تدرس، اكتب كيف تعلّمت.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١٠. ماذا تعلّمت خارج المسار الأكاديمي؟ الكتب، والفنانون الذين تتابعهم، والحِرف، والتقاليد، والسفر.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١١. ما علاقتك بالطبيعة؟ هل هي حاضرة في عملك، أم خفية، أم غائبة عن قصد؟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١٢. ما علاقتك بالعالم؟ هل عملك تعليق عليه، أم هروب منه، أم تواصل معه، أم شيء آخر؟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160" w:before="440"/>
        <w:jc w:val="right"/>
      </w:pPr>
      <w:r>
        <w:rPr>
          <w:b/>
          <w:color w:val="1E6B55"/>
          <w:sz w:val="36"/>
          <w:rtl/>
          <w:szCs w:val="36"/>
          <w:bCs/>
        </w:rPr>
        <w:t>السيرة الفنية</w:t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١٣. أين تعيش وتعمل الآن؟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١٤. كيف تعلّمت الفن؟ دراسة أكاديمية، أو ورش ودورات، أو تعلّم ذاتي، أو كلها.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١٥. ما أهم ثلاث إلى أربع مشاركات في مسيرتك؟ اكتب السنة واسم العرض والمكان والمدينة. إن لم تعرض بعد، اذكر مشاريعك ومبادراتك.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١٦. هل شاركت في إقامات فنية، أو حصلت على منح أو جوائز؟ (اختياري)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١٧. هل أعمالك ضمن مجموعات خاصة أو عامة؟ (اختياري)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١٨. هل تقدّم ورشًا أو نشاطات موازية لممارستك؟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160" w:before="440"/>
        <w:jc w:val="right"/>
      </w:pPr>
      <w:r>
        <w:rPr>
          <w:b/>
          <w:color w:val="1E6B55"/>
          <w:sz w:val="36"/>
          <w:rtl/>
          <w:szCs w:val="36"/>
          <w:bCs/>
        </w:rPr>
        <w:t>البيان الفني</w:t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١٩. ما نوع الأعمال التي تنتجها؟ رسم، نحت، كولاج، أداء، فيديو، تصوير، أو غيرها.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٢٠. ما الأسئلة أو المواضيع التي تتكرر في عملك؟ حاول صياغتها أسئلةً.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٢١. لماذا تصنع الفن؟ ما المحرّك الحقيقي؟ إن كنت ما زلت تبحث، فاكتب ذلك.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٢٢. ما الأدوات والمواد التي تستخدمها غالبًا؟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٢٣. كيف تبدأ العمل الفني عادةً؟ صف الطريقة.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٢٤. هل هناك تقنية أو أسلوب يميّزك عن غيرك؟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٢٥. ما الرموز أو العناصر البصرية التي تتكرر في أعمالك؟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٢٦. ما مرجعياتك: فنانون، أو تيارات، أو كتب، أو تقاليد، أو دين، أو فلسفة؟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٢٧. ما علاقة أعمالك بالواقع، والخيال، والسياق الاجتماعي؟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٢٨. من تخاطب بعملك، وما الأثر الذي تريد إحداثه؟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160" w:before="440"/>
        <w:jc w:val="right"/>
      </w:pPr>
      <w:r>
        <w:rPr>
          <w:b/>
          <w:color w:val="1E6B55"/>
          <w:sz w:val="36"/>
          <w:rtl/>
          <w:szCs w:val="36"/>
          <w:bCs/>
        </w:rPr>
        <w:t>عمل واحد</w:t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٢٩. ما اسم العمل؟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٣٠. متى أنجزته، وما التقنية والمواد والأبعاد؟ اكتب ما تعرفه، مثل «حجم متغير».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٣١. ما الفكرة التي أردت استكشافها في هذا العمل تحديدًا؟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٣٢. ما القرار التقني أو المادي الذي اتخذته في هذا العمل، ولماذا؟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٣٣. ما الذي تريد أن يُحدثه العمل في المشاهد؟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160" w:before="440"/>
        <w:jc w:val="right"/>
      </w:pPr>
      <w:r>
        <w:rPr>
          <w:b/>
          <w:color w:val="1E6B55"/>
          <w:sz w:val="36"/>
          <w:rtl/>
          <w:szCs w:val="36"/>
          <w:bCs/>
        </w:rPr>
        <w:t>هدفك</w:t>
      </w:r>
    </w:p>
    <w:p>
      <w:pPr>
        <w:bidi/>
        <w:spacing w:after="40" w:before="160"/>
        <w:jc w:val="right"/>
      </w:pPr>
      <w:r>
        <w:rPr>
          <w:b/>
          <w:color w:val="262E2A"/>
          <w:sz w:val="25"/>
          <w:rtl/>
          <w:szCs w:val="25"/>
          <w:bCs/>
        </w:rPr>
        <w:t>٣٤. ما هدفك في السنة القادمة؟ إنتاج عمل جديد، أو بحث وتطوير ممارسة، أو عرض أعمالك، أو تعلّم وإرشاد، أو سفر وتبادل، أو تكليف مدفوع، أو جائزة. يمكنك اختيار أكثر من هدف.</w:t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0"/>
        <w:jc w:val="right"/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200" w:before="0"/>
        <w:jc w:val="right"/>
        <w:pBdr>
          <w:bottom w:val="single" w:sz="4" w:space="1" w:color="D8D2C4"/>
        </w:pBdr>
      </w:pPr>
      <w:r>
        <w:rPr>
          <w:b w:val="0"/>
          <w:color w:val="262E2A"/>
          <w:sz w:val="24"/>
          <w:rtl/>
          <w:szCs w:val="24"/>
        </w:rPr>
      </w:r>
    </w:p>
    <w:p>
      <w:pPr>
        <w:bidi/>
        <w:spacing w:after="0" w:before="480"/>
        <w:jc w:val="right"/>
      </w:pPr>
      <w:r>
        <w:rPr>
          <w:b w:val="0"/>
          <w:color w:val="6A706C"/>
          <w:sz w:val="18"/>
          <w:rtl/>
          <w:szCs w:val="18"/>
        </w:rPr>
        <w:t>من إعداد أحمد حداد — حدّاد استديو، منطقة جاكس، الدرعية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