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D94E1F"/>
          <w:sz w:val="22"/>
        </w:rPr>
        <w:t>Haddad Studio</w:t>
      </w:r>
    </w:p>
    <w:p>
      <w:pPr>
        <w:spacing w:after="40" w:before="0"/>
      </w:pPr>
      <w:r>
        <w:rPr>
          <w:b/>
          <w:color w:val="1E6B55"/>
          <w:sz w:val="52"/>
        </w:rPr>
        <w:t>How to write your artist texts</w:t>
      </w:r>
    </w:p>
    <w:p>
      <w:pPr>
        <w:spacing w:after="280" w:before="0"/>
      </w:pPr>
      <w:r>
        <w:rPr>
          <w:b w:val="0"/>
          <w:color w:val="6A706C"/>
          <w:sz w:val="28"/>
        </w:rPr>
        <w:t>The questions</w:t>
      </w:r>
    </w:p>
    <w:p>
      <w:pPr>
        <w:spacing w:after="60" w:before="0"/>
      </w:pPr>
      <w:r>
        <w:rPr>
          <w:b w:val="0"/>
          <w:color w:val="262E2A"/>
          <w:sz w:val="22"/>
        </w:rPr>
        <w:t>• Answer freely under each question, even informally. Your first answer is usually the most honest.</w:t>
      </w:r>
    </w:p>
    <w:p>
      <w:pPr>
        <w:spacing w:after="60" w:before="0"/>
      </w:pPr>
      <w:r>
        <w:rPr>
          <w:b w:val="0"/>
          <w:color w:val="262E2A"/>
          <w:sz w:val="22"/>
        </w:rPr>
        <w:t>• Write in Arabic or English, or transcribe a voice note.</w:t>
      </w:r>
    </w:p>
    <w:p>
      <w:pPr>
        <w:spacing w:after="60" w:before="0"/>
      </w:pPr>
      <w:r>
        <w:rPr>
          <w:b w:val="0"/>
          <w:color w:val="262E2A"/>
          <w:sz w:val="22"/>
        </w:rPr>
        <w:t>• Keep short answers. If you have no answer yet, write 'not yet'.</w:t>
      </w:r>
    </w:p>
    <w:p>
      <w:pPr>
        <w:spacing w:after="60" w:before="0"/>
      </w:pPr>
      <w:r>
        <w:rPr>
          <w:b w:val="0"/>
          <w:color w:val="262E2A"/>
          <w:sz w:val="22"/>
        </w:rPr>
        <w:t>• When you finish, upload this file on the tool's page: haddadstudio.com/artist-statement</w:t>
      </w:r>
    </w:p>
    <w:p>
      <w:pPr>
        <w:spacing w:after="160" w:before="440"/>
      </w:pPr>
      <w:r>
        <w:rPr>
          <w:b/>
          <w:color w:val="1E6B55"/>
          <w:sz w:val="36"/>
        </w:rPr>
        <w:t>About you</w:t>
      </w:r>
    </w:p>
    <w:p>
      <w:pPr>
        <w:spacing w:after="40" w:before="160"/>
      </w:pPr>
      <w:r>
        <w:rPr>
          <w:b/>
          <w:color w:val="262E2A"/>
          <w:sz w:val="25"/>
        </w:rPr>
        <w:t>1. Your full name as you want it in your bio, and your main field.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160" w:before="440"/>
      </w:pPr>
      <w:r>
        <w:rPr>
          <w:b/>
          <w:color w:val="1E6B55"/>
          <w:sz w:val="36"/>
        </w:rPr>
        <w:t>Know yourself</w:t>
      </w:r>
    </w:p>
    <w:p>
      <w:pPr>
        <w:spacing w:after="40" w:before="160"/>
      </w:pPr>
      <w:r>
        <w:rPr>
          <w:b/>
          <w:color w:val="262E2A"/>
          <w:sz w:val="25"/>
        </w:rPr>
        <w:t>2. What do you dislike? The things that repel you in art or in life: materials, styles, subjects, experiences.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3. What do you like? What draws you in art, nature, people, materials and moments.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4. If you defined yourself in one word or sentence, what would it be? It might be researcher, observer, transformer or keeper.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5. Describe your work to someone who has never seen it: how it looks, how it feels, what happens in it. You can describe a feeling rather than a form.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6. As a metaphor: if you were a natural phenomenon, a tool or a place, what would you be?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7. Where were you born or raised, and what did you carry from that place into your work?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8. What is your story? One moment, experience or period that shaped you as a practitioner is enough.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9. What did you study, and how did it shape the way you see, think or make? If you did not study, write how you learned.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10. What have you learned outside formal study? Books, artists you follow, crafts, traditions, travel.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11. What is your relationship with nature? Is it present in your work, hidden, or deliberately absent?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12. What is your relationship with the world? Is your work a comment on it, an escape from it, a conversation with it, or something else?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160" w:before="440"/>
      </w:pPr>
      <w:r>
        <w:rPr>
          <w:b/>
          <w:color w:val="1E6B55"/>
          <w:sz w:val="36"/>
        </w:rPr>
        <w:t>Artist bio</w:t>
      </w:r>
    </w:p>
    <w:p>
      <w:pPr>
        <w:spacing w:after="40" w:before="160"/>
      </w:pPr>
      <w:r>
        <w:rPr>
          <w:b/>
          <w:color w:val="262E2A"/>
          <w:sz w:val="25"/>
        </w:rPr>
        <w:t>13. Where do you live and work now?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14. How did you learn art? Formal study, workshops and courses, self-teaching, or all of these.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15. What are your three or four most important exhibitions or projects? Give the year, title, venue and city. If you have not exhibited yet, list your projects and initiatives.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16. Have you taken part in residencies, or received grants or awards? (Optional)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17. Are your works held in private or public collections? (Optional)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18. Do you lead workshops or other activities alongside your practice?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160" w:before="440"/>
      </w:pPr>
      <w:r>
        <w:rPr>
          <w:b/>
          <w:color w:val="1E6B55"/>
          <w:sz w:val="36"/>
        </w:rPr>
        <w:t>Artist statement</w:t>
      </w:r>
    </w:p>
    <w:p>
      <w:pPr>
        <w:spacing w:after="40" w:before="160"/>
      </w:pPr>
      <w:r>
        <w:rPr>
          <w:b/>
          <w:color w:val="262E2A"/>
          <w:sz w:val="25"/>
        </w:rPr>
        <w:t>19. What kind of work do you make? Drawing, sculpture, collage, performance, video, photography or other.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20. Which questions or subjects keep returning in your work? Try to phrase them as questions.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21. Why do you make art? What really drives it? If you are still searching, say so.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22. Which tools and materials do you use most?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23. How do you usually begin a work? Describe the process.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24. Is there a technique or approach that sets you apart?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25. Which symbols or visual elements recur in your work?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26. What are your references: artists, movements, books, traditions, religion, philosophy?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27. How does your work relate to reality, imagination and its social context?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28. Who do you address with your work, and what effect do you want it to have?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160" w:before="440"/>
      </w:pPr>
      <w:r>
        <w:rPr>
          <w:b/>
          <w:color w:val="1E6B55"/>
          <w:sz w:val="36"/>
        </w:rPr>
        <w:t>One work</w:t>
      </w:r>
    </w:p>
    <w:p>
      <w:pPr>
        <w:spacing w:after="40" w:before="160"/>
      </w:pPr>
      <w:r>
        <w:rPr>
          <w:b/>
          <w:color w:val="262E2A"/>
          <w:sz w:val="25"/>
        </w:rPr>
        <w:t>29. What is the work called?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30. When did you make it, and what are its technique, materials and dimensions? Write what you know, such as 'dimensions variable'.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31. What idea did you set out to explore in this work?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32. What technical or material decision did you make in it, and why?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40" w:before="160"/>
      </w:pPr>
      <w:r>
        <w:rPr>
          <w:b/>
          <w:color w:val="262E2A"/>
          <w:sz w:val="25"/>
        </w:rPr>
        <w:t>33. What do you want the work to do to the viewer?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160" w:before="440"/>
      </w:pPr>
      <w:r>
        <w:rPr>
          <w:b/>
          <w:color w:val="1E6B55"/>
          <w:sz w:val="36"/>
        </w:rPr>
        <w:t>Your goal</w:t>
      </w:r>
    </w:p>
    <w:p>
      <w:pPr>
        <w:spacing w:after="40" w:before="160"/>
      </w:pPr>
      <w:r>
        <w:rPr>
          <w:b/>
          <w:color w:val="262E2A"/>
          <w:sz w:val="25"/>
        </w:rPr>
        <w:t>34. What is your goal for the coming year? Producing new work, research and developing your practice, exhibiting, learning and mentoring, travel and exchange, a paid commission, or an award. You can choose more than one.</w:t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0" w:before="0"/>
      </w:pPr>
      <w:r>
        <w:rPr>
          <w:b w:val="0"/>
          <w:color w:val="262E2A"/>
          <w:sz w:val="24"/>
        </w:rPr>
      </w:r>
    </w:p>
    <w:p>
      <w:pPr>
        <w:spacing w:after="200" w:before="0"/>
        <w:pBdr>
          <w:bottom w:val="single" w:sz="4" w:space="1" w:color="D8D2C4"/>
        </w:pBdr>
      </w:pPr>
      <w:r>
        <w:rPr>
          <w:b w:val="0"/>
          <w:color w:val="262E2A"/>
          <w:sz w:val="24"/>
        </w:rPr>
      </w:r>
    </w:p>
    <w:p>
      <w:pPr>
        <w:spacing w:after="0" w:before="480"/>
      </w:pPr>
      <w:r>
        <w:rPr>
          <w:b w:val="0"/>
          <w:color w:val="6A706C"/>
          <w:sz w:val="18"/>
        </w:rPr>
        <w:t>By Ahmad Haddad — Haddad Studio, JAX area, Diriyah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